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88C" w:rsidRPr="000B2A7D" w:rsidRDefault="0098488C" w:rsidP="0098488C">
      <w:pPr>
        <w:jc w:val="center"/>
        <w:rPr>
          <w:b/>
        </w:rPr>
      </w:pPr>
      <w:proofErr w:type="spellStart"/>
      <w:r w:rsidRPr="000B2A7D">
        <w:rPr>
          <w:b/>
        </w:rPr>
        <w:t>Domanda</w:t>
      </w:r>
      <w:proofErr w:type="spellEnd"/>
      <w:r w:rsidRPr="000B2A7D">
        <w:rPr>
          <w:b/>
        </w:rPr>
        <w:t xml:space="preserve"> di Accesso </w:t>
      </w:r>
      <w:proofErr w:type="spellStart"/>
      <w:r w:rsidRPr="000B2A7D">
        <w:rPr>
          <w:b/>
        </w:rPr>
        <w:t>agli</w:t>
      </w:r>
      <w:proofErr w:type="spellEnd"/>
      <w:r w:rsidRPr="000B2A7D">
        <w:rPr>
          <w:b/>
        </w:rPr>
        <w:t xml:space="preserve"> </w:t>
      </w:r>
      <w:proofErr w:type="spellStart"/>
      <w:r w:rsidRPr="000B2A7D">
        <w:rPr>
          <w:b/>
        </w:rPr>
        <w:t>Esami</w:t>
      </w:r>
      <w:proofErr w:type="spellEnd"/>
      <w:r w:rsidRPr="000B2A7D">
        <w:rPr>
          <w:b/>
        </w:rPr>
        <w:t xml:space="preserve"> di </w:t>
      </w:r>
      <w:proofErr w:type="spellStart"/>
      <w:r w:rsidRPr="000B2A7D">
        <w:rPr>
          <w:b/>
        </w:rPr>
        <w:t>Livello</w:t>
      </w:r>
      <w:proofErr w:type="spellEnd"/>
    </w:p>
    <w:p w:rsidR="0098488C" w:rsidRPr="00A210B8" w:rsidRDefault="0098488C" w:rsidP="00AC790C">
      <w:pPr>
        <w:spacing w:after="0"/>
        <w:jc w:val="right"/>
        <w:rPr>
          <w:b/>
        </w:rPr>
      </w:pPr>
      <w:r w:rsidRPr="00A210B8">
        <w:rPr>
          <w:b/>
        </w:rPr>
        <w:t xml:space="preserve">Al </w:t>
      </w:r>
      <w:proofErr w:type="spellStart"/>
      <w:r w:rsidRPr="00A210B8">
        <w:rPr>
          <w:b/>
        </w:rPr>
        <w:t>Dirigente</w:t>
      </w:r>
      <w:proofErr w:type="spellEnd"/>
      <w:r w:rsidRPr="00A210B8">
        <w:rPr>
          <w:b/>
        </w:rPr>
        <w:t xml:space="preserve"> </w:t>
      </w:r>
      <w:proofErr w:type="spellStart"/>
      <w:r w:rsidRPr="00A210B8">
        <w:rPr>
          <w:b/>
        </w:rPr>
        <w:t>Scolastico</w:t>
      </w:r>
      <w:proofErr w:type="spellEnd"/>
    </w:p>
    <w:p w:rsidR="0098488C" w:rsidRDefault="0098488C" w:rsidP="00AC790C">
      <w:pPr>
        <w:spacing w:after="0"/>
        <w:jc w:val="right"/>
      </w:pPr>
      <w:r>
        <w:t xml:space="preserve">2° IS “Arangio Ruiz.” – Corso </w:t>
      </w:r>
      <w:proofErr w:type="spellStart"/>
      <w:r>
        <w:t>Serale</w:t>
      </w:r>
      <w:proofErr w:type="spellEnd"/>
    </w:p>
    <w:p w:rsidR="006D5BB9" w:rsidRDefault="0098488C" w:rsidP="00AC790C">
      <w:pPr>
        <w:spacing w:after="0"/>
        <w:jc w:val="right"/>
      </w:pPr>
      <w:r w:rsidRPr="007C5B3A">
        <w:t>Via Catania, 83 - 96011 Augusta (SR)</w:t>
      </w:r>
    </w:p>
    <w:p w:rsidR="00AC790C" w:rsidRDefault="00AC790C" w:rsidP="000B2A7D"/>
    <w:p w:rsidR="006D5BB9" w:rsidRPr="005260AF" w:rsidRDefault="006D5BB9" w:rsidP="000B2A7D">
      <w:pPr>
        <w:spacing w:after="0" w:line="360" w:lineRule="auto"/>
        <w:jc w:val="center"/>
      </w:pPr>
      <w:r>
        <w:t xml:space="preserve">Il/La </w:t>
      </w:r>
      <w:proofErr w:type="spellStart"/>
      <w:r>
        <w:t>sottoscritto</w:t>
      </w:r>
      <w:proofErr w:type="spellEnd"/>
      <w:r>
        <w:t>/</w:t>
      </w:r>
      <w:r w:rsidR="00D1311B">
        <w:t>a</w:t>
      </w:r>
      <w:r>
        <w:t xml:space="preserve"> ___________</w:t>
      </w:r>
      <w:r w:rsidR="000B2A7D">
        <w:t xml:space="preserve">_______________________________ </w:t>
      </w:r>
      <w:proofErr w:type="spellStart"/>
      <w:r>
        <w:t>nato</w:t>
      </w:r>
      <w:proofErr w:type="spellEnd"/>
      <w:r w:rsidR="000B2A7D">
        <w:t>/a a _______________________</w:t>
      </w:r>
      <w:r>
        <w:t xml:space="preserve"> </w:t>
      </w:r>
      <w:proofErr w:type="spellStart"/>
      <w:r>
        <w:t>il</w:t>
      </w:r>
      <w:proofErr w:type="spellEnd"/>
      <w:r>
        <w:t xml:space="preserve"> </w:t>
      </w:r>
      <w:r w:rsidR="000B2A7D">
        <w:t xml:space="preserve">_________________  </w:t>
      </w:r>
      <w:proofErr w:type="spellStart"/>
      <w:r w:rsidR="000B2A7D">
        <w:t>residente</w:t>
      </w:r>
      <w:proofErr w:type="spellEnd"/>
      <w:r w:rsidR="000B2A7D">
        <w:t xml:space="preserve"> in</w:t>
      </w:r>
      <w:r>
        <w:t xml:space="preserve"> _______________________________________________</w:t>
      </w:r>
      <w:r w:rsidR="000B2A7D">
        <w:t xml:space="preserve"> </w:t>
      </w:r>
      <w:proofErr w:type="spellStart"/>
      <w:r>
        <w:t>Codice</w:t>
      </w:r>
      <w:proofErr w:type="spellEnd"/>
      <w:r>
        <w:t xml:space="preserve"> </w:t>
      </w:r>
      <w:proofErr w:type="spellStart"/>
      <w:r w:rsidR="000B2A7D">
        <w:t>Fiscale</w:t>
      </w:r>
      <w:proofErr w:type="spellEnd"/>
      <w:r w:rsidR="000B2A7D">
        <w:t xml:space="preserve"> </w:t>
      </w:r>
      <w:r>
        <w:t>__</w:t>
      </w:r>
      <w:r w:rsidR="000B2A7D">
        <w:t>_</w:t>
      </w:r>
      <w:r>
        <w:t>___________</w:t>
      </w:r>
      <w:r w:rsidR="000B2A7D">
        <w:t>_____________________</w:t>
      </w:r>
      <w:r>
        <w:t>_____</w:t>
      </w:r>
      <w:r w:rsidR="000B2A7D">
        <w:t xml:space="preserve"> </w:t>
      </w:r>
      <w:proofErr w:type="spellStart"/>
      <w:r w:rsidR="000B2A7D">
        <w:t>Telefono</w:t>
      </w:r>
      <w:proofErr w:type="spellEnd"/>
      <w:r w:rsidR="000B2A7D">
        <w:t xml:space="preserve"> / Email</w:t>
      </w:r>
      <w:r>
        <w:t xml:space="preserve"> _____________</w:t>
      </w:r>
      <w:r w:rsidR="000B2A7D">
        <w:t>__________________________________</w:t>
      </w:r>
      <w:r>
        <w:t>_________</w:t>
      </w:r>
      <w:r w:rsidR="00D1311B">
        <w:t>_____</w:t>
      </w:r>
      <w:r w:rsidR="000B2A7D">
        <w:t xml:space="preserve"> </w:t>
      </w:r>
      <w:proofErr w:type="spellStart"/>
      <w:r>
        <w:t>iscritto</w:t>
      </w:r>
      <w:proofErr w:type="spellEnd"/>
      <w:r>
        <w:t xml:space="preserve">/a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codesto</w:t>
      </w:r>
      <w:proofErr w:type="spellEnd"/>
      <w:r>
        <w:t xml:space="preserve"> </w:t>
      </w:r>
      <w:proofErr w:type="spellStart"/>
      <w:r>
        <w:t>Istituto</w:t>
      </w:r>
      <w:proofErr w:type="spellEnd"/>
      <w:r>
        <w:t xml:space="preserve"> </w:t>
      </w:r>
      <w:bookmarkStart w:id="0" w:name="_GoBack"/>
      <w:bookmarkEnd w:id="0"/>
      <w:r>
        <w:t xml:space="preserve">per </w:t>
      </w:r>
      <w:proofErr w:type="spellStart"/>
      <w:r>
        <w:t>l’anno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 xml:space="preserve"> </w:t>
      </w:r>
      <w:r w:rsidRPr="005260AF">
        <w:t>202</w:t>
      </w:r>
      <w:r w:rsidR="000B2A7D" w:rsidRPr="005260AF">
        <w:t>6</w:t>
      </w:r>
      <w:r w:rsidRPr="005260AF">
        <w:t>/202</w:t>
      </w:r>
      <w:r w:rsidR="000B2A7D" w:rsidRPr="005260AF">
        <w:t>7</w:t>
      </w:r>
    </w:p>
    <w:p w:rsidR="006D5BB9" w:rsidRPr="000B2A7D" w:rsidRDefault="006D5BB9" w:rsidP="000B2A7D">
      <w:pPr>
        <w:spacing w:after="0"/>
        <w:jc w:val="center"/>
        <w:rPr>
          <w:b/>
        </w:rPr>
      </w:pPr>
      <w:r w:rsidRPr="000B2A7D">
        <w:rPr>
          <w:b/>
        </w:rPr>
        <w:t>CHIEDE</w:t>
      </w:r>
    </w:p>
    <w:p w:rsidR="006D5BB9" w:rsidRDefault="006D5BB9" w:rsidP="000B2A7D">
      <w:pPr>
        <w:spacing w:line="360" w:lineRule="auto"/>
        <w:jc w:val="both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ammesso</w:t>
      </w:r>
      <w:proofErr w:type="spellEnd"/>
      <w:r>
        <w:t xml:space="preserve">/a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esami</w:t>
      </w:r>
      <w:proofErr w:type="spellEnd"/>
      <w:r>
        <w:t xml:space="preserve"> di </w:t>
      </w:r>
      <w:proofErr w:type="spellStart"/>
      <w:r>
        <w:t>livello</w:t>
      </w:r>
      <w:proofErr w:type="spellEnd"/>
      <w:r>
        <w:t xml:space="preserve"> </w:t>
      </w:r>
      <w:proofErr w:type="spellStart"/>
      <w:r>
        <w:t>previsti</w:t>
      </w:r>
      <w:proofErr w:type="spellEnd"/>
      <w:r>
        <w:t xml:space="preserve"> per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corrente</w:t>
      </w:r>
      <w:proofErr w:type="spellEnd"/>
      <w:r>
        <w:t xml:space="preserve"> anno </w:t>
      </w:r>
      <w:proofErr w:type="spellStart"/>
      <w:r>
        <w:t>scolastico</w:t>
      </w:r>
      <w:proofErr w:type="spellEnd"/>
      <w:r>
        <w:t xml:space="preserve">, con </w:t>
      </w:r>
      <w:proofErr w:type="spellStart"/>
      <w:r>
        <w:t>riferimento</w:t>
      </w:r>
      <w:proofErr w:type="spellEnd"/>
      <w:r>
        <w:t xml:space="preserve"> al </w:t>
      </w:r>
      <w:proofErr w:type="spellStart"/>
      <w:r>
        <w:t>seguente</w:t>
      </w:r>
      <w:proofErr w:type="spellEnd"/>
      <w:r>
        <w:t xml:space="preserve"> </w:t>
      </w:r>
      <w:proofErr w:type="spellStart"/>
      <w:r>
        <w:t>periodo</w:t>
      </w:r>
      <w:proofErr w:type="spellEnd"/>
      <w:r>
        <w:t xml:space="preserve"> </w:t>
      </w:r>
      <w:proofErr w:type="spellStart"/>
      <w:r>
        <w:t>didattico</w:t>
      </w:r>
      <w:proofErr w:type="spellEnd"/>
      <w:r>
        <w:t>:</w:t>
      </w:r>
    </w:p>
    <w:p w:rsidR="006D5BB9" w:rsidRDefault="006D5BB9" w:rsidP="00A210B8">
      <w:pPr>
        <w:pStyle w:val="Paragrafoelenco"/>
        <w:numPr>
          <w:ilvl w:val="0"/>
          <w:numId w:val="10"/>
        </w:numPr>
        <w:spacing w:after="0" w:line="360" w:lineRule="auto"/>
        <w:jc w:val="both"/>
      </w:pPr>
      <w:proofErr w:type="spellStart"/>
      <w:r>
        <w:t>Periodo</w:t>
      </w:r>
      <w:proofErr w:type="spellEnd"/>
      <w:r>
        <w:t>: ___________________________________________</w:t>
      </w:r>
    </w:p>
    <w:p w:rsidR="000B2A7D" w:rsidRDefault="00D06507" w:rsidP="000B2A7D">
      <w:pPr>
        <w:spacing w:after="0" w:line="360" w:lineRule="auto"/>
      </w:pPr>
      <w:r>
        <w:t>al fine di:</w:t>
      </w:r>
    </w:p>
    <w:p w:rsidR="001673A2" w:rsidRDefault="00D06507" w:rsidP="000B2A7D">
      <w:pPr>
        <w:spacing w:after="0" w:line="360" w:lineRule="auto"/>
        <w:ind w:left="720"/>
      </w:pPr>
      <w:r>
        <w:t xml:space="preserve">☐ </w:t>
      </w:r>
      <w:r w:rsidR="000B2A7D">
        <w:tab/>
      </w:r>
      <w:proofErr w:type="spellStart"/>
      <w:r>
        <w:t>accertare</w:t>
      </w:r>
      <w:proofErr w:type="spellEnd"/>
      <w:r>
        <w:t xml:space="preserve"> le </w:t>
      </w:r>
      <w:proofErr w:type="spellStart"/>
      <w:r>
        <w:t>competenze</w:t>
      </w:r>
      <w:proofErr w:type="spellEnd"/>
      <w:r>
        <w:t xml:space="preserve"> per </w:t>
      </w:r>
      <w:proofErr w:type="spellStart"/>
      <w:r>
        <w:t>l’ammissione</w:t>
      </w:r>
      <w:proofErr w:type="spellEnd"/>
      <w:r>
        <w:t xml:space="preserve"> al </w:t>
      </w:r>
      <w:proofErr w:type="spellStart"/>
      <w:r>
        <w:t>periodo</w:t>
      </w:r>
      <w:proofErr w:type="spellEnd"/>
      <w:r>
        <w:t xml:space="preserve"> </w:t>
      </w:r>
      <w:proofErr w:type="spellStart"/>
      <w:r>
        <w:t>successivo</w:t>
      </w:r>
      <w:proofErr w:type="spellEnd"/>
      <w:r>
        <w:br/>
        <w:t xml:space="preserve">☐ </w:t>
      </w:r>
      <w:r w:rsidR="000B2A7D">
        <w:tab/>
      </w:r>
      <w:proofErr w:type="spellStart"/>
      <w:r>
        <w:t>riconoscere</w:t>
      </w:r>
      <w:proofErr w:type="spellEnd"/>
      <w:r>
        <w:t xml:space="preserve"> </w:t>
      </w:r>
      <w:proofErr w:type="spellStart"/>
      <w:r>
        <w:t>eventuali</w:t>
      </w:r>
      <w:proofErr w:type="spellEnd"/>
      <w:r>
        <w:t xml:space="preserve"> </w:t>
      </w:r>
      <w:proofErr w:type="spellStart"/>
      <w:r>
        <w:t>crediti</w:t>
      </w:r>
      <w:proofErr w:type="spellEnd"/>
      <w:r>
        <w:t xml:space="preserve"> </w:t>
      </w:r>
      <w:proofErr w:type="spellStart"/>
      <w:r>
        <w:t>formativi</w:t>
      </w:r>
      <w:proofErr w:type="spellEnd"/>
      <w:r>
        <w:t xml:space="preserve"> e </w:t>
      </w:r>
      <w:proofErr w:type="spellStart"/>
      <w:r>
        <w:t>abbreviare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percorso</w:t>
      </w:r>
      <w:proofErr w:type="spellEnd"/>
      <w:r>
        <w:br/>
        <w:t>☐</w:t>
      </w:r>
      <w:r w:rsidR="000B2A7D">
        <w:tab/>
      </w:r>
      <w:r>
        <w:t xml:space="preserve"> </w:t>
      </w:r>
      <w:proofErr w:type="spellStart"/>
      <w:r>
        <w:t>certificare</w:t>
      </w:r>
      <w:proofErr w:type="spellEnd"/>
      <w:r>
        <w:t xml:space="preserve"> le </w:t>
      </w:r>
      <w:proofErr w:type="spellStart"/>
      <w:r>
        <w:t>competenze</w:t>
      </w:r>
      <w:proofErr w:type="spellEnd"/>
      <w:r>
        <w:t xml:space="preserve"> </w:t>
      </w:r>
      <w:proofErr w:type="spellStart"/>
      <w:r>
        <w:t>acquisite</w:t>
      </w:r>
      <w:proofErr w:type="spellEnd"/>
      <w:r>
        <w:t xml:space="preserve"> al </w:t>
      </w:r>
      <w:proofErr w:type="spellStart"/>
      <w:r>
        <w:t>termine</w:t>
      </w:r>
      <w:proofErr w:type="spellEnd"/>
      <w:r>
        <w:t xml:space="preserve"> del </w:t>
      </w:r>
      <w:proofErr w:type="spellStart"/>
      <w:r>
        <w:t>periodo</w:t>
      </w:r>
      <w:proofErr w:type="spellEnd"/>
    </w:p>
    <w:p w:rsidR="003D224D" w:rsidRPr="000B2A7D" w:rsidRDefault="003D224D" w:rsidP="000B2A7D">
      <w:pPr>
        <w:spacing w:after="0" w:line="360" w:lineRule="auto"/>
        <w:jc w:val="center"/>
        <w:rPr>
          <w:b/>
        </w:rPr>
      </w:pPr>
      <w:r w:rsidRPr="000B2A7D">
        <w:rPr>
          <w:b/>
        </w:rPr>
        <w:t>DICHIARA</w:t>
      </w:r>
    </w:p>
    <w:p w:rsidR="00A210B8" w:rsidRDefault="00D06507" w:rsidP="000B2A7D">
      <w:pPr>
        <w:spacing w:after="0" w:line="360" w:lineRule="auto"/>
        <w:jc w:val="both"/>
      </w:pPr>
      <w:proofErr w:type="spellStart"/>
      <w:r>
        <w:t>ai</w:t>
      </w:r>
      <w:proofErr w:type="spellEnd"/>
      <w:r>
        <w:t xml:space="preserve">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artt</w:t>
      </w:r>
      <w:proofErr w:type="spellEnd"/>
      <w:r>
        <w:t>. 46 e 47 del D.P.R. 28 dicembre 2000, n. 445:</w:t>
      </w:r>
    </w:p>
    <w:p w:rsidR="00A210B8" w:rsidRDefault="00D06507" w:rsidP="00A210B8">
      <w:pPr>
        <w:pStyle w:val="Paragrafoelenco"/>
        <w:numPr>
          <w:ilvl w:val="0"/>
          <w:numId w:val="10"/>
        </w:numPr>
        <w:spacing w:after="0" w:line="360" w:lineRule="auto"/>
        <w:jc w:val="both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possesso</w:t>
      </w:r>
      <w:proofErr w:type="spellEnd"/>
      <w:r>
        <w:t xml:space="preserve"> del </w:t>
      </w:r>
      <w:proofErr w:type="spellStart"/>
      <w:r>
        <w:t>seguente</w:t>
      </w:r>
      <w:proofErr w:type="spellEnd"/>
      <w:r>
        <w:t xml:space="preserve"> </w:t>
      </w:r>
      <w:proofErr w:type="spellStart"/>
      <w:r>
        <w:t>titolo</w:t>
      </w:r>
      <w:proofErr w:type="spellEnd"/>
      <w:r>
        <w:t xml:space="preserve"> di studio: _________</w:t>
      </w:r>
      <w:r w:rsidR="000B2A7D">
        <w:t>_________________</w:t>
      </w:r>
      <w:r>
        <w:t>_____________________</w:t>
      </w:r>
      <w:r w:rsidR="00A210B8">
        <w:t>______</w:t>
      </w:r>
    </w:p>
    <w:p w:rsidR="00A210B8" w:rsidRDefault="00D06507" w:rsidP="00A210B8">
      <w:pPr>
        <w:pStyle w:val="Paragrafoelenco"/>
        <w:numPr>
          <w:ilvl w:val="0"/>
          <w:numId w:val="10"/>
        </w:numPr>
        <w:spacing w:after="0" w:line="360" w:lineRule="auto"/>
        <w:jc w:val="both"/>
      </w:pPr>
      <w:r>
        <w:t xml:space="preserve">di aver </w:t>
      </w:r>
      <w:proofErr w:type="spellStart"/>
      <w:r>
        <w:t>frequentato</w:t>
      </w:r>
      <w:proofErr w:type="spellEnd"/>
      <w:r>
        <w:t xml:space="preserve"> in </w:t>
      </w:r>
      <w:proofErr w:type="spellStart"/>
      <w:r>
        <w:t>precedenza</w:t>
      </w:r>
      <w:proofErr w:type="spellEnd"/>
      <w:r>
        <w:t xml:space="preserve"> </w:t>
      </w:r>
      <w:proofErr w:type="spellStart"/>
      <w:r>
        <w:t>l’anno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 xml:space="preserve"> __________</w:t>
      </w:r>
      <w:r w:rsidR="000B2A7D">
        <w:t>___________</w:t>
      </w:r>
      <w:r>
        <w:t xml:space="preserve"> </w:t>
      </w:r>
      <w:proofErr w:type="spellStart"/>
      <w:r>
        <w:t>presso</w:t>
      </w:r>
      <w:proofErr w:type="spellEnd"/>
      <w:r w:rsidR="00A210B8">
        <w:t xml:space="preserve"> (</w:t>
      </w:r>
      <w:proofErr w:type="spellStart"/>
      <w:r w:rsidR="00A210B8">
        <w:t>specificare</w:t>
      </w:r>
      <w:proofErr w:type="spellEnd"/>
      <w:r w:rsidR="00A210B8">
        <w:t xml:space="preserve"> </w:t>
      </w:r>
      <w:proofErr w:type="spellStart"/>
      <w:r w:rsidR="00A210B8">
        <w:t>istituto</w:t>
      </w:r>
      <w:proofErr w:type="spellEnd"/>
      <w:r w:rsidR="00A210B8">
        <w:t xml:space="preserve"> e </w:t>
      </w:r>
      <w:proofErr w:type="spellStart"/>
      <w:r w:rsidR="00A210B8">
        <w:t>classe</w:t>
      </w:r>
      <w:proofErr w:type="spellEnd"/>
      <w:r w:rsidR="00A210B8">
        <w:t>) ___________________________________________________________________________________________</w:t>
      </w:r>
    </w:p>
    <w:p w:rsidR="00A210B8" w:rsidRDefault="00D06507" w:rsidP="000B2A7D">
      <w:pPr>
        <w:pStyle w:val="Paragrafoelenco"/>
        <w:numPr>
          <w:ilvl w:val="0"/>
          <w:numId w:val="10"/>
        </w:numPr>
        <w:spacing w:after="0" w:line="360" w:lineRule="auto"/>
        <w:jc w:val="both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informato</w:t>
      </w:r>
      <w:proofErr w:type="spellEnd"/>
      <w:r>
        <w:t xml:space="preserve">/a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commissione</w:t>
      </w:r>
      <w:proofErr w:type="spellEnd"/>
      <w:r>
        <w:t xml:space="preserve"> </w:t>
      </w:r>
      <w:proofErr w:type="spellStart"/>
      <w:r>
        <w:t>d’esame</w:t>
      </w:r>
      <w:proofErr w:type="spellEnd"/>
      <w:r>
        <w:t xml:space="preserve"> </w:t>
      </w:r>
      <w:proofErr w:type="spellStart"/>
      <w:r>
        <w:t>procederà</w:t>
      </w:r>
      <w:proofErr w:type="spellEnd"/>
      <w:r>
        <w:t xml:space="preserve"> </w:t>
      </w:r>
      <w:proofErr w:type="spellStart"/>
      <w:r>
        <w:t>al</w:t>
      </w:r>
      <w:r w:rsidR="000B2A7D">
        <w:t>l’accertamento</w:t>
      </w:r>
      <w:proofErr w:type="spellEnd"/>
      <w:r w:rsidR="000B2A7D">
        <w:t xml:space="preserve"> </w:t>
      </w:r>
      <w:proofErr w:type="spellStart"/>
      <w:r w:rsidR="000B2A7D">
        <w:t>delle</w:t>
      </w:r>
      <w:proofErr w:type="spellEnd"/>
      <w:r w:rsidR="000B2A7D">
        <w:t xml:space="preserve"> </w:t>
      </w:r>
      <w:proofErr w:type="spellStart"/>
      <w:r w:rsidR="000B2A7D">
        <w:t>competenze</w:t>
      </w:r>
      <w:proofErr w:type="spellEnd"/>
      <w:r w:rsidR="000B2A7D">
        <w:t xml:space="preserve"> </w:t>
      </w:r>
      <w:proofErr w:type="spellStart"/>
      <w:r>
        <w:t>possedute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prove </w:t>
      </w:r>
      <w:proofErr w:type="spellStart"/>
      <w:r>
        <w:t>scritte</w:t>
      </w:r>
      <w:proofErr w:type="spellEnd"/>
      <w:r>
        <w:t xml:space="preserve">, </w:t>
      </w:r>
      <w:proofErr w:type="spellStart"/>
      <w:r>
        <w:t>orali</w:t>
      </w:r>
      <w:proofErr w:type="spellEnd"/>
      <w:r>
        <w:t xml:space="preserve"> e/o </w:t>
      </w:r>
      <w:proofErr w:type="spellStart"/>
      <w:r>
        <w:t>pratiche</w:t>
      </w:r>
      <w:proofErr w:type="spellEnd"/>
      <w:r>
        <w:t>;</w:t>
      </w:r>
    </w:p>
    <w:p w:rsidR="001673A2" w:rsidRDefault="00D06507" w:rsidP="000B2A7D">
      <w:pPr>
        <w:pStyle w:val="Paragrafoelenco"/>
        <w:numPr>
          <w:ilvl w:val="0"/>
          <w:numId w:val="10"/>
        </w:numPr>
        <w:spacing w:after="0" w:line="360" w:lineRule="auto"/>
        <w:jc w:val="both"/>
      </w:pPr>
      <w:r>
        <w:t xml:space="preserve">di </w:t>
      </w:r>
      <w:proofErr w:type="spellStart"/>
      <w:r>
        <w:t>accettare</w:t>
      </w:r>
      <w:proofErr w:type="spellEnd"/>
      <w:r>
        <w:t xml:space="preserve"> le </w:t>
      </w:r>
      <w:proofErr w:type="spellStart"/>
      <w:r>
        <w:t>modalità</w:t>
      </w:r>
      <w:proofErr w:type="spellEnd"/>
      <w:r>
        <w:t xml:space="preserve"> e </w:t>
      </w:r>
      <w:proofErr w:type="spellStart"/>
      <w:r>
        <w:t>il</w:t>
      </w:r>
      <w:proofErr w:type="spellEnd"/>
      <w:r>
        <w:t xml:space="preserve"> </w:t>
      </w:r>
      <w:proofErr w:type="spellStart"/>
      <w:r>
        <w:t>calendario</w:t>
      </w:r>
      <w:proofErr w:type="spellEnd"/>
      <w:r>
        <w:t xml:space="preserve"> </w:t>
      </w:r>
      <w:proofErr w:type="spellStart"/>
      <w:r>
        <w:t>d’esame</w:t>
      </w:r>
      <w:proofErr w:type="spellEnd"/>
      <w:r>
        <w:t xml:space="preserve"> </w:t>
      </w:r>
      <w:proofErr w:type="spellStart"/>
      <w:r>
        <w:t>stabiliti</w:t>
      </w:r>
      <w:proofErr w:type="spellEnd"/>
      <w:r>
        <w:t xml:space="preserve"> dal </w:t>
      </w:r>
      <w:proofErr w:type="spellStart"/>
      <w:r>
        <w:t>Consiglio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Docenti</w:t>
      </w:r>
      <w:proofErr w:type="spellEnd"/>
      <w:r>
        <w:t xml:space="preserve"> del </w:t>
      </w:r>
      <w:proofErr w:type="spellStart"/>
      <w:r>
        <w:t>corso</w:t>
      </w:r>
      <w:proofErr w:type="spellEnd"/>
      <w:r>
        <w:t xml:space="preserve"> </w:t>
      </w:r>
      <w:proofErr w:type="spellStart"/>
      <w:r>
        <w:t>serale</w:t>
      </w:r>
      <w:proofErr w:type="spellEnd"/>
      <w:r>
        <w:t>.</w:t>
      </w:r>
    </w:p>
    <w:p w:rsidR="000B2A7D" w:rsidRDefault="000B2A7D" w:rsidP="000B2A7D">
      <w:pPr>
        <w:spacing w:after="0" w:line="360" w:lineRule="auto"/>
      </w:pPr>
    </w:p>
    <w:p w:rsidR="00917408" w:rsidRDefault="00917408" w:rsidP="000B2A7D">
      <w:pPr>
        <w:spacing w:after="0" w:line="360" w:lineRule="auto"/>
      </w:pPr>
      <w:r>
        <w:t>DOCUMENTI ALLEGATI</w:t>
      </w:r>
    </w:p>
    <w:p w:rsidR="001673A2" w:rsidRDefault="00D06507" w:rsidP="000B2A7D">
      <w:pPr>
        <w:spacing w:after="0" w:line="360" w:lineRule="auto"/>
        <w:ind w:left="720"/>
      </w:pPr>
      <w:r w:rsidRPr="000B2A7D">
        <w:t>☐</w:t>
      </w:r>
      <w:r w:rsidR="000B2A7D">
        <w:tab/>
      </w:r>
      <w:proofErr w:type="spellStart"/>
      <w:r>
        <w:t>Copia</w:t>
      </w:r>
      <w:proofErr w:type="spellEnd"/>
      <w:r>
        <w:t xml:space="preserve"> </w:t>
      </w:r>
      <w:proofErr w:type="spellStart"/>
      <w:r>
        <w:t>documento</w:t>
      </w:r>
      <w:proofErr w:type="spellEnd"/>
      <w:r>
        <w:t xml:space="preserve"> </w:t>
      </w:r>
      <w:proofErr w:type="spellStart"/>
      <w:r>
        <w:t>d’identità</w:t>
      </w:r>
      <w:proofErr w:type="spellEnd"/>
      <w:r>
        <w:br/>
        <w:t xml:space="preserve">☐ </w:t>
      </w:r>
      <w:r w:rsidR="000B2A7D">
        <w:tab/>
      </w:r>
      <w:proofErr w:type="spellStart"/>
      <w:r>
        <w:t>Copia</w:t>
      </w:r>
      <w:proofErr w:type="spellEnd"/>
      <w:r>
        <w:t xml:space="preserve"> </w:t>
      </w:r>
      <w:proofErr w:type="spellStart"/>
      <w:r>
        <w:t>codice</w:t>
      </w:r>
      <w:proofErr w:type="spellEnd"/>
      <w:r>
        <w:t xml:space="preserve"> </w:t>
      </w:r>
      <w:proofErr w:type="spellStart"/>
      <w:r>
        <w:t>fiscale</w:t>
      </w:r>
      <w:proofErr w:type="spellEnd"/>
      <w:r>
        <w:br/>
        <w:t xml:space="preserve">☐ </w:t>
      </w:r>
      <w:r w:rsidR="000B2A7D">
        <w:tab/>
      </w:r>
      <w:proofErr w:type="spellStart"/>
      <w:r>
        <w:t>Certificazioni</w:t>
      </w:r>
      <w:proofErr w:type="spellEnd"/>
      <w:r>
        <w:t xml:space="preserve"> o </w:t>
      </w:r>
      <w:proofErr w:type="spellStart"/>
      <w:r>
        <w:t>titoli</w:t>
      </w:r>
      <w:proofErr w:type="spellEnd"/>
      <w:r>
        <w:t xml:space="preserve"> di studio </w:t>
      </w:r>
      <w:proofErr w:type="spellStart"/>
      <w:r>
        <w:t>precedenti</w:t>
      </w:r>
      <w:proofErr w:type="spellEnd"/>
      <w:r>
        <w:br/>
        <w:t xml:space="preserve">☐ </w:t>
      </w:r>
      <w:r w:rsidR="000B2A7D">
        <w:tab/>
      </w:r>
      <w:proofErr w:type="spellStart"/>
      <w:r>
        <w:t>Eventuali</w:t>
      </w:r>
      <w:proofErr w:type="spellEnd"/>
      <w:r>
        <w:t xml:space="preserve"> </w:t>
      </w:r>
      <w:proofErr w:type="spellStart"/>
      <w:r>
        <w:t>attestati</w:t>
      </w:r>
      <w:proofErr w:type="spellEnd"/>
      <w:r>
        <w:t xml:space="preserve"> o </w:t>
      </w:r>
      <w:proofErr w:type="spellStart"/>
      <w:r>
        <w:t>documentazione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a </w:t>
      </w:r>
      <w:proofErr w:type="spellStart"/>
      <w:r>
        <w:t>esperienze</w:t>
      </w:r>
      <w:proofErr w:type="spellEnd"/>
      <w:r>
        <w:t xml:space="preserve"> formative/lavorative</w:t>
      </w:r>
    </w:p>
    <w:p w:rsidR="001673A2" w:rsidRDefault="00D06507" w:rsidP="000B2A7D">
      <w:pPr>
        <w:spacing w:after="0" w:line="360" w:lineRule="auto"/>
      </w:pPr>
      <w:r>
        <w:br/>
      </w:r>
      <w:proofErr w:type="spellStart"/>
      <w:r>
        <w:t>Luogo</w:t>
      </w:r>
      <w:proofErr w:type="spellEnd"/>
      <w:r>
        <w:t xml:space="preserve"> e data: </w:t>
      </w:r>
      <w:r w:rsidR="000B2A7D">
        <w:t>___________________________________</w:t>
      </w:r>
      <w:r w:rsidR="000B2A7D">
        <w:tab/>
      </w:r>
      <w:r w:rsidR="000B2A7D">
        <w:tab/>
      </w:r>
      <w:r>
        <w:t xml:space="preserve">Firma del </w:t>
      </w:r>
      <w:proofErr w:type="spellStart"/>
      <w:r>
        <w:t>richiedente</w:t>
      </w:r>
      <w:proofErr w:type="spellEnd"/>
      <w:r w:rsidR="000B2A7D">
        <w:t xml:space="preserve"> ________________________________</w:t>
      </w:r>
    </w:p>
    <w:sectPr w:rsidR="001673A2" w:rsidSect="000B2A7D">
      <w:pgSz w:w="12240" w:h="15840"/>
      <w:pgMar w:top="993" w:right="1325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6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4E72E79"/>
    <w:multiLevelType w:val="hybridMultilevel"/>
    <w:tmpl w:val="02E2D9F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4953CF"/>
    <w:multiLevelType w:val="hybridMultilevel"/>
    <w:tmpl w:val="082AB3E4"/>
    <w:lvl w:ilvl="0" w:tplc="567A0CB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2A7D"/>
    <w:rsid w:val="0015074B"/>
    <w:rsid w:val="001673A2"/>
    <w:rsid w:val="001C6DCA"/>
    <w:rsid w:val="0029639D"/>
    <w:rsid w:val="00326F90"/>
    <w:rsid w:val="003D224D"/>
    <w:rsid w:val="003E1EB7"/>
    <w:rsid w:val="005260AF"/>
    <w:rsid w:val="006D5BB9"/>
    <w:rsid w:val="008076E7"/>
    <w:rsid w:val="00917408"/>
    <w:rsid w:val="0098488C"/>
    <w:rsid w:val="00A210B8"/>
    <w:rsid w:val="00A603D7"/>
    <w:rsid w:val="00AA1D8D"/>
    <w:rsid w:val="00AC790C"/>
    <w:rsid w:val="00B47730"/>
    <w:rsid w:val="00B60F35"/>
    <w:rsid w:val="00CB0664"/>
    <w:rsid w:val="00D06507"/>
    <w:rsid w:val="00D1311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chiaro1">
    <w:name w:val="Sfondo chiaro1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fondochiaro-Colore11">
    <w:name w:val="Sfondo chiaro - Colore 1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Elencochiaro1">
    <w:name w:val="Elenco chiaro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Elencochiaro-Colore11">
    <w:name w:val="Elenco chiaro - Colore 1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Grigliachiara1">
    <w:name w:val="Griglia chiara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Grigliachiara-Colore11">
    <w:name w:val="Griglia chiara - Colore 1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Sfondomedio11">
    <w:name w:val="Sfondo medio 1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fondomedio1-Colore11">
    <w:name w:val="Sfondo medio 1 - Colore 1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fondomedio21">
    <w:name w:val="Sfondo medio 2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fondomedio2-Colore11">
    <w:name w:val="Sfondo medio 2 - Colore 1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Elencomedio11">
    <w:name w:val="Elenco medio 1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Elencomedio1-Colore11">
    <w:name w:val="Elenco medio 1 - Colore 1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Elencomedio21">
    <w:name w:val="Elenco medio 2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Grigliamedia11">
    <w:name w:val="Griglia media 1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Grigliamedia21">
    <w:name w:val="Griglia media 2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Grigliamedia31">
    <w:name w:val="Griglia media 3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Elencoscuro1">
    <w:name w:val="Elenco scuro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Sfondoacolori1">
    <w:name w:val="Sfondo a colori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Elencoacolori1">
    <w:name w:val="Elenco a colori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gliaacolori1">
    <w:name w:val="Griglia a colori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chiaro1">
    <w:name w:val="Sfondo chiaro1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fondochiaro-Colore11">
    <w:name w:val="Sfondo chiaro - Colore 1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Elencochiaro1">
    <w:name w:val="Elenco chiaro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Elencochiaro-Colore11">
    <w:name w:val="Elenco chiaro - Colore 1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Grigliachiara1">
    <w:name w:val="Griglia chiara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Grigliachiara-Colore11">
    <w:name w:val="Griglia chiara - Colore 1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Sfondomedio11">
    <w:name w:val="Sfondo medio 1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fondomedio1-Colore11">
    <w:name w:val="Sfondo medio 1 - Colore 1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fondomedio21">
    <w:name w:val="Sfondo medio 2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fondomedio2-Colore11">
    <w:name w:val="Sfondo medio 2 - Colore 1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Elencomedio11">
    <w:name w:val="Elenco medio 1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Elencomedio1-Colore11">
    <w:name w:val="Elenco medio 1 - Colore 1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Elencomedio21">
    <w:name w:val="Elenco medio 2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Grigliamedia11">
    <w:name w:val="Griglia media 1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Grigliamedia21">
    <w:name w:val="Griglia media 2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Grigliamedia31">
    <w:name w:val="Griglia media 3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Elencoscuro1">
    <w:name w:val="Elenco scuro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Sfondoacolori1">
    <w:name w:val="Sfondo a colori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Elencoacolori1">
    <w:name w:val="Elenco a colori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gliaacolori1">
    <w:name w:val="Griglia a colori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5492786-74AE-4FDD-AE1C-0AD9C31EE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1866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Utente</cp:lastModifiedBy>
  <cp:revision>2</cp:revision>
  <dcterms:created xsi:type="dcterms:W3CDTF">2026-10-14T05:57:00Z</dcterms:created>
  <dcterms:modified xsi:type="dcterms:W3CDTF">2026-10-14T05:57:00Z</dcterms:modified>
</cp:coreProperties>
</file>